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b/>
          <w:i w:val="0"/>
          <w:sz w:val="28"/>
          <w:u w:val="none"/>
        </w:rPr>
        <w:t>CỘNG HÒA XÃ HỘI CHỦ NGHĨA VIỆT NAM</w:t>
      </w:r>
    </w:p>
    <w:p>
      <w:pPr>
        <w:jc w:val="center"/>
      </w:pPr>
      <w:r>
        <w:rPr>
          <w:rFonts w:ascii="Times New Roman" w:hAnsi="Times New Roman" w:eastAsia="Times New Roman"/>
          <w:b w:val="0"/>
          <w:i w:val="0"/>
          <w:sz w:val="26"/>
          <w:u w:val="single"/>
        </w:rPr>
        <w:t>Độc lập - Tự do - Hạnh phúc</w:t>
      </w:r>
    </w:p>
    <w:p>
      <w:pPr>
        <w:jc w:val="right"/>
      </w:pPr>
      <w:r>
        <w:rPr>
          <w:rFonts w:ascii="Times New Roman" w:hAnsi="Times New Roman" w:eastAsia="Times New Roman"/>
          <w:b w:val="0"/>
          <w:i/>
          <w:sz w:val="26"/>
          <w:u w:val="none"/>
        </w:rPr>
        <w:t>……….., ngày ….. tháng …. năm ………</w:t>
      </w:r>
    </w:p>
    <w:p>
      <w:r>
        <w:rPr>
          <w:rFonts w:ascii="Times New Roman" w:hAnsi="Times New Roman" w:eastAsia="Times New Roman"/>
          <w:b w:val="0"/>
          <w:i w:val="0"/>
          <w:sz w:val="26"/>
          <w:u w:val="none"/>
        </w:rPr>
      </w:r>
    </w:p>
    <w:p>
      <w:pPr>
        <w:jc w:val="center"/>
      </w:pPr>
      <w:r>
        <w:rPr>
          <w:rFonts w:ascii="Times New Roman" w:hAnsi="Times New Roman" w:eastAsia="Times New Roman"/>
          <w:b/>
          <w:i w:val="0"/>
          <w:sz w:val="28"/>
          <w:u w:val="none"/>
        </w:rPr>
        <w:t>ĐƠN KHỞI KIỆN</w:t>
      </w:r>
    </w:p>
    <w:p>
      <w:pPr>
        <w:jc w:val="center"/>
      </w:pPr>
      <w:r>
        <w:rPr>
          <w:rFonts w:ascii="Times New Roman" w:hAnsi="Times New Roman" w:eastAsia="Times New Roman"/>
          <w:b w:val="0"/>
          <w:i w:val="0"/>
          <w:sz w:val="26"/>
          <w:u w:val="none"/>
        </w:rPr>
        <w:t>(V/v: Ly hôn)</w:t>
      </w:r>
    </w:p>
    <w:p>
      <w:r>
        <w:rPr>
          <w:rFonts w:ascii="Times New Roman" w:hAnsi="Times New Roman" w:eastAsia="Times New Roman"/>
          <w:b w:val="0"/>
          <w:i w:val="0"/>
          <w:sz w:val="26"/>
          <w:u w:val="none"/>
        </w:rPr>
      </w:r>
    </w:p>
    <w:p>
      <w:r>
        <w:rPr>
          <w:rFonts w:ascii="Times New Roman" w:hAnsi="Times New Roman" w:eastAsia="Times New Roman"/>
          <w:b w:val="0"/>
          <w:i w:val="0"/>
          <w:sz w:val="26"/>
          <w:u w:val="none"/>
        </w:rPr>
        <w:t>Kính gửi: TÒA ÁN NHÂN DÂN (1)</w:t>
      </w:r>
    </w:p>
    <w:p>
      <w:r>
        <w:rPr>
          <w:rFonts w:ascii="Times New Roman" w:hAnsi="Times New Roman" w:eastAsia="Times New Roman"/>
          <w:b w:val="0"/>
          <w:i w:val="0"/>
          <w:sz w:val="26"/>
          <w:u w:val="none"/>
        </w:rPr>
        <w:t>........................................................................................................</w:t>
      </w:r>
    </w:p>
    <w:p>
      <w:r>
        <w:rPr>
          <w:rFonts w:ascii="Times New Roman" w:hAnsi="Times New Roman" w:eastAsia="Times New Roman"/>
          <w:b w:val="0"/>
          <w:i w:val="0"/>
          <w:sz w:val="26"/>
          <w:u w:val="none"/>
        </w:rPr>
        <w:t>Người khởi kiện: ........................................................................................</w:t>
      </w:r>
    </w:p>
    <w:p>
      <w:r>
        <w:rPr>
          <w:rFonts w:ascii="Times New Roman" w:hAnsi="Times New Roman" w:eastAsia="Times New Roman"/>
          <w:b w:val="0"/>
          <w:i w:val="0"/>
          <w:sz w:val="26"/>
          <w:u w:val="none"/>
        </w:rPr>
        <w:t>Địa chỉ: .......................................................................................................</w:t>
      </w:r>
    </w:p>
    <w:p>
      <w:r>
        <w:rPr>
          <w:rFonts w:ascii="Times New Roman" w:hAnsi="Times New Roman" w:eastAsia="Times New Roman"/>
          <w:b w:val="0"/>
          <w:i w:val="0"/>
          <w:sz w:val="26"/>
          <w:u w:val="none"/>
        </w:rPr>
        <w:t>Số điện thoại: ........................ (nếu có); số fax: ...............................</w:t>
      </w:r>
    </w:p>
    <w:p>
      <w:r>
        <w:rPr>
          <w:rFonts w:ascii="Times New Roman" w:hAnsi="Times New Roman" w:eastAsia="Times New Roman"/>
          <w:b w:val="0"/>
          <w:i w:val="0"/>
          <w:sz w:val="26"/>
          <w:u w:val="none"/>
        </w:rPr>
        <w:t>(nếu có)</w:t>
      </w:r>
    </w:p>
    <w:p>
      <w:r>
        <w:rPr>
          <w:rFonts w:ascii="Times New Roman" w:hAnsi="Times New Roman" w:eastAsia="Times New Roman"/>
          <w:b w:val="0"/>
          <w:i w:val="0"/>
          <w:sz w:val="26"/>
          <w:u w:val="none"/>
        </w:rPr>
        <w:t>Địa chỉ thư điện tử: ....................................................................................</w:t>
      </w:r>
    </w:p>
    <w:p>
      <w:r>
        <w:rPr>
          <w:rFonts w:ascii="Times New Roman" w:hAnsi="Times New Roman" w:eastAsia="Times New Roman"/>
          <w:b w:val="0"/>
          <w:i w:val="0"/>
          <w:sz w:val="26"/>
          <w:u w:val="none"/>
        </w:rPr>
        <w:t>(nếu có)</w:t>
      </w:r>
    </w:p>
    <w:p>
      <w:r>
        <w:rPr>
          <w:rFonts w:ascii="Times New Roman" w:hAnsi="Times New Roman" w:eastAsia="Times New Roman"/>
          <w:b w:val="0"/>
          <w:i w:val="0"/>
          <w:sz w:val="26"/>
          <w:u w:val="none"/>
        </w:rPr>
        <w:t>Người bị kiện: ............................................................................................</w:t>
      </w:r>
    </w:p>
    <w:p>
      <w:r>
        <w:rPr>
          <w:rFonts w:ascii="Times New Roman" w:hAnsi="Times New Roman" w:eastAsia="Times New Roman"/>
          <w:b w:val="0"/>
          <w:i w:val="0"/>
          <w:sz w:val="26"/>
          <w:u w:val="none"/>
        </w:rPr>
        <w:t>Địa chỉ: .......................................................................................................</w:t>
      </w:r>
    </w:p>
    <w:p>
      <w:r>
        <w:rPr>
          <w:rFonts w:ascii="Times New Roman" w:hAnsi="Times New Roman" w:eastAsia="Times New Roman"/>
          <w:b w:val="0"/>
          <w:i w:val="0"/>
          <w:sz w:val="26"/>
          <w:u w:val="none"/>
        </w:rPr>
        <w:t>Số điện thoại: ........................ (nếu có); số fax: ...............................</w:t>
      </w:r>
    </w:p>
    <w:p>
      <w:r>
        <w:rPr>
          <w:rFonts w:ascii="Times New Roman" w:hAnsi="Times New Roman" w:eastAsia="Times New Roman"/>
          <w:b w:val="0"/>
          <w:i w:val="0"/>
          <w:sz w:val="26"/>
          <w:u w:val="none"/>
        </w:rPr>
        <w:t>(nếu có)</w:t>
      </w:r>
    </w:p>
    <w:p>
      <w:r>
        <w:rPr>
          <w:rFonts w:ascii="Times New Roman" w:hAnsi="Times New Roman" w:eastAsia="Times New Roman"/>
          <w:b w:val="0"/>
          <w:i w:val="0"/>
          <w:sz w:val="26"/>
          <w:u w:val="none"/>
        </w:rPr>
        <w:t>Địa chỉ thư điện tử: ....................................................................................</w:t>
      </w:r>
    </w:p>
    <w:p>
      <w:r>
        <w:rPr>
          <w:rFonts w:ascii="Times New Roman" w:hAnsi="Times New Roman" w:eastAsia="Times New Roman"/>
          <w:b w:val="0"/>
          <w:i w:val="0"/>
          <w:sz w:val="26"/>
          <w:u w:val="none"/>
        </w:rPr>
        <w:t>(nếu có)</w:t>
      </w:r>
    </w:p>
    <w:p>
      <w:r>
        <w:rPr>
          <w:rFonts w:ascii="Times New Roman" w:hAnsi="Times New Roman" w:eastAsia="Times New Roman"/>
          <w:b w:val="0"/>
          <w:i w:val="0"/>
          <w:sz w:val="26"/>
          <w:u w:val="none"/>
        </w:rPr>
        <w:t>Người có quyền lợi, nghĩa vụ liên quan (nếu có): ........................................</w:t>
      </w:r>
    </w:p>
    <w:p>
      <w:r>
        <w:rPr>
          <w:rFonts w:ascii="Times New Roman" w:hAnsi="Times New Roman" w:eastAsia="Times New Roman"/>
          <w:b w:val="0"/>
          <w:i w:val="0"/>
          <w:sz w:val="26"/>
          <w:u w:val="none"/>
        </w:rPr>
        <w:t>Địa chỉ: .......................................................................................................</w:t>
      </w:r>
    </w:p>
    <w:p>
      <w:r>
        <w:rPr>
          <w:rFonts w:ascii="Times New Roman" w:hAnsi="Times New Roman" w:eastAsia="Times New Roman"/>
          <w:b w:val="0"/>
          <w:i w:val="0"/>
          <w:sz w:val="26"/>
          <w:u w:val="none"/>
        </w:rPr>
        <w:t>Số điện thoại: ........................ (nếu có); số fax: ...............................</w:t>
      </w:r>
    </w:p>
    <w:p>
      <w:r>
        <w:rPr>
          <w:rFonts w:ascii="Times New Roman" w:hAnsi="Times New Roman" w:eastAsia="Times New Roman"/>
          <w:b w:val="0"/>
          <w:i w:val="0"/>
          <w:sz w:val="26"/>
          <w:u w:val="none"/>
        </w:rPr>
        <w:t>(nếu có)</w:t>
      </w:r>
    </w:p>
    <w:p>
      <w:r>
        <w:rPr>
          <w:rFonts w:ascii="Times New Roman" w:hAnsi="Times New Roman" w:eastAsia="Times New Roman"/>
          <w:b w:val="0"/>
          <w:i w:val="0"/>
          <w:sz w:val="26"/>
          <w:u w:val="none"/>
        </w:rPr>
        <w:t>Địa chỉ thư điện tử: ....................................................................................</w:t>
      </w:r>
    </w:p>
    <w:p>
      <w:r>
        <w:rPr>
          <w:rFonts w:ascii="Times New Roman" w:hAnsi="Times New Roman" w:eastAsia="Times New Roman"/>
          <w:b w:val="0"/>
          <w:i w:val="0"/>
          <w:sz w:val="26"/>
          <w:u w:val="none"/>
        </w:rPr>
        <w:t>(nếu có)</w:t>
      </w:r>
    </w:p>
    <w:p>
      <w:r>
        <w:rPr>
          <w:rFonts w:ascii="Times New Roman" w:hAnsi="Times New Roman" w:eastAsia="Times New Roman"/>
          <w:b w:val="0"/>
          <w:i w:val="0"/>
          <w:sz w:val="26"/>
          <w:u w:val="none"/>
        </w:rPr>
        <w:t>Yêu cầu Tòa án nhân dân ........ giải quyết ly hôn với các nội dung sau đây:</w:t>
      </w:r>
    </w:p>
    <w:p>
      <w:r>
        <w:rPr>
          <w:rFonts w:ascii="Times New Roman" w:hAnsi="Times New Roman" w:eastAsia="Times New Roman"/>
          <w:b w:val="0"/>
          <w:i w:val="0"/>
          <w:sz w:val="26"/>
          <w:u w:val="none"/>
        </w:rPr>
        <w:t>1. Quan hệ hôn nhân: ................................................................................</w:t>
      </w:r>
    </w:p>
    <w:p>
      <w:r>
        <w:rPr>
          <w:rFonts w:ascii="Times New Roman" w:hAnsi="Times New Roman" w:eastAsia="Times New Roman"/>
          <w:b w:val="0"/>
          <w:i w:val="0"/>
          <w:sz w:val="26"/>
          <w:u w:val="none"/>
        </w:rPr>
        <w:t>2. Về con chung: .......................................................................................</w:t>
      </w:r>
    </w:p>
    <w:p>
      <w:r>
        <w:rPr>
          <w:rFonts w:ascii="Times New Roman" w:hAnsi="Times New Roman" w:eastAsia="Times New Roman"/>
          <w:b w:val="0"/>
          <w:i w:val="0"/>
          <w:sz w:val="26"/>
          <w:u w:val="none"/>
        </w:rPr>
        <w:t>3 – Về tài sản: (4) .....................................................................................</w:t>
      </w:r>
    </w:p>
    <w:p>
      <w:r>
        <w:rPr>
          <w:rFonts w:ascii="Times New Roman" w:hAnsi="Times New Roman" w:eastAsia="Times New Roman"/>
          <w:b w:val="0"/>
          <w:i w:val="0"/>
          <w:sz w:val="26"/>
          <w:u w:val="none"/>
        </w:rPr>
        <w:t>4 – Về công nợ: (5) ..................................................................................</w:t>
      </w:r>
    </w:p>
    <w:p>
      <w:r>
        <w:rPr>
          <w:rFonts w:ascii="Times New Roman" w:hAnsi="Times New Roman" w:eastAsia="Times New Roman"/>
          <w:b w:val="0"/>
          <w:i w:val="0"/>
          <w:sz w:val="26"/>
          <w:u w:val="none"/>
        </w:rPr>
        <w:t>Danh mục tài liệu, chứng kèm theo đơn khởi kiện gồm có:</w:t>
      </w:r>
    </w:p>
    <w:p>
      <w:r>
        <w:rPr>
          <w:rFonts w:ascii="Times New Roman" w:hAnsi="Times New Roman" w:eastAsia="Times New Roman"/>
          <w:b w:val="0"/>
          <w:i w:val="0"/>
          <w:sz w:val="26"/>
          <w:u w:val="none"/>
        </w:rPr>
        <w:t>1. Chứng minh nhân dân (bản chứng thực)</w:t>
      </w:r>
    </w:p>
    <w:p>
      <w:r>
        <w:rPr>
          <w:rFonts w:ascii="Times New Roman" w:hAnsi="Times New Roman" w:eastAsia="Times New Roman"/>
          <w:b w:val="0"/>
          <w:i w:val="0"/>
          <w:sz w:val="26"/>
          <w:u w:val="none"/>
        </w:rPr>
        <w:t>2. Sổ hộ khẩu (Bản chứng thực)</w:t>
      </w:r>
    </w:p>
    <w:p>
      <w:r>
        <w:rPr>
          <w:rFonts w:ascii="Times New Roman" w:hAnsi="Times New Roman" w:eastAsia="Times New Roman"/>
          <w:b w:val="0"/>
          <w:i w:val="0"/>
          <w:sz w:val="26"/>
          <w:u w:val="none"/>
        </w:rPr>
        <w:t>3. Giấy khai sinh (Bản chứng thực)</w:t>
      </w:r>
    </w:p>
    <w:p>
      <w:r>
        <w:rPr>
          <w:rFonts w:ascii="Times New Roman" w:hAnsi="Times New Roman" w:eastAsia="Times New Roman"/>
          <w:b w:val="0"/>
          <w:i w:val="0"/>
          <w:sz w:val="26"/>
          <w:u w:val="none"/>
        </w:rPr>
        <w:t>4. Đăng ký kết hôn</w:t>
      </w:r>
    </w:p>
    <w:p>
      <w:r>
        <w:rPr>
          <w:rFonts w:ascii="Times New Roman" w:hAnsi="Times New Roman" w:eastAsia="Times New Roman"/>
          <w:b w:val="0"/>
          <w:i w:val="0"/>
          <w:sz w:val="26"/>
          <w:u w:val="none"/>
        </w:rPr>
        <w:t>5. Một số giấy tờ khác có liên quan</w:t>
      </w:r>
    </w:p>
    <w:p>
      <w:r>
        <w:rPr>
          <w:rFonts w:ascii="Times New Roman" w:hAnsi="Times New Roman" w:eastAsia="Times New Roman"/>
          <w:b w:val="0"/>
          <w:i w:val="0"/>
          <w:sz w:val="26"/>
          <w:u w:val="none"/>
        </w:rPr>
        <w:t>(Các thông tin khác mà người khởi kiện xét thấy cần thiết cho việc giải quyết vụ án) (6)</w:t>
      </w:r>
    </w:p>
    <w:p>
      <w:r>
        <w:rPr>
          <w:rFonts w:ascii="Times New Roman" w:hAnsi="Times New Roman" w:eastAsia="Times New Roman"/>
          <w:b w:val="0"/>
          <w:i w:val="0"/>
          <w:sz w:val="26"/>
          <w:u w:val="none"/>
        </w:rPr>
        <w:t>.................................................................................................................</w:t>
      </w:r>
    </w:p>
    <w:p>
      <w:r>
        <w:rPr>
          <w:rFonts w:ascii="Times New Roman" w:hAnsi="Times New Roman" w:eastAsia="Times New Roman"/>
          <w:b w:val="0"/>
          <w:i w:val="0"/>
          <w:sz w:val="26"/>
          <w:u w:val="none"/>
        </w:rPr>
        <w:t>Trên đây là toàn bộ những yêu cầu của tôi, đề nghị tòa án xem xét, giải quyết. Ngoài ra tôi không khiếu nại gì thêm, nếu sai tôi xin chịu hoàn toàn trách nhiệm trước pháp luật.</w:t>
      </w:r>
    </w:p>
    <w:p>
      <w:r>
        <w:rPr>
          <w:rFonts w:ascii="Times New Roman" w:hAnsi="Times New Roman" w:eastAsia="Times New Roman"/>
          <w:b w:val="0"/>
          <w:i w:val="0"/>
          <w:sz w:val="26"/>
          <w:u w:val="none"/>
        </w:rPr>
        <w:t>Kính mong quý Tòa xem xét giải quyết trong thời hạn luật định.</w:t>
      </w:r>
    </w:p>
    <w:p>
      <w:r>
        <w:rPr>
          <w:rFonts w:ascii="Times New Roman" w:hAnsi="Times New Roman" w:eastAsia="Times New Roman"/>
          <w:b w:val="0"/>
          <w:i w:val="0"/>
          <w:sz w:val="26"/>
          <w:u w:val="none"/>
        </w:rPr>
        <w:t>Tôi xin trân trọng cảm ơn !</w:t>
      </w:r>
    </w:p>
    <w:p>
      <w:pPr>
        <w:jc w:val="center"/>
      </w:pPr>
      <w:r>
        <w:rPr>
          <w:rFonts w:ascii="Times New Roman" w:hAnsi="Times New Roman" w:eastAsia="Times New Roman"/>
          <w:b/>
          <w:i w:val="0"/>
          <w:sz w:val="28"/>
          <w:u w:val="none"/>
        </w:rPr>
        <w:t>NGƯỜI KHỞI KIỆN</w:t>
      </w:r>
    </w:p>
    <w:p>
      <w:r>
        <w:rPr>
          <w:rFonts w:ascii="Times New Roman" w:hAnsi="Times New Roman" w:eastAsia="Times New Roman"/>
          <w:b w:val="0"/>
          <w:i w:val="0"/>
          <w:sz w:val="26"/>
          <w:u w:val="none"/>
        </w:rPr>
      </w:r>
    </w:p>
    <w:p>
      <w:pPr>
        <w:jc w:val="center"/>
      </w:pPr>
      <w:r>
        <w:rPr>
          <w:rFonts w:ascii="Times New Roman" w:hAnsi="Times New Roman" w:eastAsia="Times New Roman"/>
          <w:b w:val="0"/>
          <w:i/>
          <w:sz w:val="26"/>
          <w:u w:val="none"/>
        </w:rPr>
        <w:t>(Ký và ghi rõ họ tên)</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